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2D050"/>
  <w:body>
    <w:p w14:paraId="60B21B47" w14:textId="3F0197C1" w:rsidR="00101B51" w:rsidRDefault="004C0159">
      <w:pPr>
        <w:pStyle w:val="Nzev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3B27AC1E" wp14:editId="3D4A7F9D">
            <wp:simplePos x="0" y="0"/>
            <wp:positionH relativeFrom="column">
              <wp:posOffset>-419100</wp:posOffset>
            </wp:positionH>
            <wp:positionV relativeFrom="paragraph">
              <wp:posOffset>-434340</wp:posOffset>
            </wp:positionV>
            <wp:extent cx="7711440" cy="10034905"/>
            <wp:effectExtent l="0" t="0" r="3810" b="4445"/>
            <wp:wrapNone/>
            <wp:docPr id="20777437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43752" name="Obrázek 20777437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1550" cy="1003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52BBA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36D998A1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1041EE62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09848B0B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1730432B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1EF7F910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59C5A80D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64B85653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0E3D813D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03AE381A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2FA4B988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6F090740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59418476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6F36BC30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6BF79765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56E75375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69405F02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70F82648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371E271B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117727BE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5F00C3A2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2177F601" w14:textId="77777777" w:rsidR="00101B51" w:rsidRDefault="00101B51">
      <w:pPr>
        <w:pStyle w:val="Nzev"/>
        <w:rPr>
          <w:rFonts w:ascii="Times New Roman" w:hAnsi="Times New Roman" w:cs="Times New Roman"/>
          <w:color w:val="auto"/>
        </w:rPr>
      </w:pPr>
    </w:p>
    <w:p w14:paraId="03348966" w14:textId="3B5E087A" w:rsidR="00764AEE" w:rsidRPr="00101B51" w:rsidRDefault="00000000">
      <w:pPr>
        <w:pStyle w:val="Nzev"/>
        <w:rPr>
          <w:rFonts w:ascii="Comic Sans MS" w:hAnsi="Comic Sans MS" w:cs="Times New Roman"/>
          <w:color w:val="auto"/>
        </w:rPr>
      </w:pPr>
      <w:r w:rsidRPr="00101B51">
        <w:rPr>
          <w:rFonts w:ascii="Comic Sans MS" w:hAnsi="Comic Sans MS" w:cs="Times New Roman"/>
          <w:color w:val="auto"/>
        </w:rPr>
        <w:lastRenderedPageBreak/>
        <w:t>Rozpis závodu</w:t>
      </w:r>
    </w:p>
    <w:p w14:paraId="1187C6C7" w14:textId="77777777" w:rsidR="00764AEE" w:rsidRPr="00101B51" w:rsidRDefault="00000000">
      <w:pPr>
        <w:pStyle w:val="Nadpis1"/>
        <w:rPr>
          <w:rFonts w:ascii="Comic Sans MS" w:hAnsi="Comic Sans MS" w:cs="Times New Roman"/>
          <w:color w:val="auto"/>
        </w:rPr>
      </w:pPr>
      <w:r w:rsidRPr="00101B51">
        <w:rPr>
          <w:rFonts w:ascii="Comic Sans MS" w:hAnsi="Comic Sans MS" w:cs="Times New Roman"/>
          <w:color w:val="auto"/>
        </w:rPr>
        <w:t>Všeobecná ustanovení</w:t>
      </w:r>
    </w:p>
    <w:p w14:paraId="20E18708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Datum konání: 23. 5. 2026</w:t>
      </w:r>
    </w:p>
    <w:p w14:paraId="0705F402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Místo konání: gymnastický sál Nádražní 24 D (areál nemocnice)</w:t>
      </w:r>
    </w:p>
    <w:p w14:paraId="0A6EA9C0" w14:textId="503DCC2F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  <w:lang w:val="pl-PL"/>
        </w:rPr>
      </w:pPr>
      <w:r w:rsidRPr="00101B51">
        <w:rPr>
          <w:rFonts w:ascii="Comic Sans MS" w:hAnsi="Comic Sans MS" w:cs="Times New Roman"/>
          <w:lang w:val="pl-PL"/>
        </w:rPr>
        <w:t xml:space="preserve">Kontakt: milan.horna@centrum.cz, tel.: 722 822 </w:t>
      </w:r>
      <w:r w:rsidR="004B7340">
        <w:rPr>
          <w:rFonts w:ascii="Comic Sans MS" w:hAnsi="Comic Sans MS" w:cs="Times New Roman"/>
          <w:lang w:val="pl-PL"/>
        </w:rPr>
        <w:t>741</w:t>
      </w:r>
    </w:p>
    <w:p w14:paraId="5272E6FE" w14:textId="77777777" w:rsidR="00764AEE" w:rsidRPr="00101B51" w:rsidRDefault="00000000">
      <w:pPr>
        <w:pStyle w:val="Seznamsodrkami"/>
        <w:rPr>
          <w:rFonts w:ascii="Comic Sans MS" w:hAnsi="Comic Sans MS" w:cs="Times New Roman"/>
          <w:i/>
          <w:iCs/>
        </w:rPr>
      </w:pPr>
      <w:r w:rsidRPr="00101B51">
        <w:rPr>
          <w:rFonts w:ascii="Comic Sans MS" w:hAnsi="Comic Sans MS" w:cs="Times New Roman"/>
          <w:i/>
          <w:iCs/>
        </w:rPr>
        <w:t>Činovníci závodu:</w:t>
      </w:r>
    </w:p>
    <w:p w14:paraId="1D14799D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Ředitelka závodu: Libuše Hornová</w:t>
      </w:r>
    </w:p>
    <w:p w14:paraId="358A3F9F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Jednatel: Milada Friedlová</w:t>
      </w:r>
    </w:p>
    <w:p w14:paraId="13B78A76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Hlavní rozhodčí: Lenka Šotolová</w:t>
      </w:r>
    </w:p>
    <w:p w14:paraId="0347803A" w14:textId="77777777" w:rsidR="00764AEE" w:rsidRPr="00101B51" w:rsidRDefault="00000000">
      <w:pPr>
        <w:pStyle w:val="Nadpis1"/>
        <w:rPr>
          <w:rFonts w:ascii="Comic Sans MS" w:hAnsi="Comic Sans MS" w:cs="Times New Roman"/>
          <w:color w:val="auto"/>
        </w:rPr>
      </w:pPr>
      <w:r w:rsidRPr="00101B51">
        <w:rPr>
          <w:rFonts w:ascii="Comic Sans MS" w:hAnsi="Comic Sans MS" w:cs="Times New Roman"/>
          <w:color w:val="auto"/>
        </w:rPr>
        <w:t>Podmínky</w:t>
      </w:r>
    </w:p>
    <w:p w14:paraId="690EDCC0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Přihlášky: prostřednictvím GIS do 12. 5. 2026</w:t>
      </w:r>
    </w:p>
    <w:p w14:paraId="7A37ADFB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Startovné: 300 Kč za závodnici</w:t>
      </w:r>
    </w:p>
    <w:p w14:paraId="451A6D2B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Podmínka účasti: včas zaslaná přihláška, uhrazení startovného, každý oddíl zajistí rozhodčího</w:t>
      </w:r>
    </w:p>
    <w:p w14:paraId="21DAF58C" w14:textId="77777777" w:rsidR="00764AEE" w:rsidRPr="00101B51" w:rsidRDefault="00000000" w:rsidP="00101B51">
      <w:pPr>
        <w:spacing w:after="120" w:line="240" w:lineRule="auto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Úhrada: veškeré náklady hradí vysílající složka</w:t>
      </w:r>
    </w:p>
    <w:p w14:paraId="680AB70D" w14:textId="77777777" w:rsidR="00764AEE" w:rsidRPr="00101B51" w:rsidRDefault="00000000">
      <w:pPr>
        <w:pStyle w:val="Nadpis1"/>
        <w:rPr>
          <w:rFonts w:ascii="Comic Sans MS" w:hAnsi="Comic Sans MS" w:cs="Times New Roman"/>
          <w:color w:val="auto"/>
        </w:rPr>
      </w:pPr>
      <w:r w:rsidRPr="00101B51">
        <w:rPr>
          <w:rFonts w:ascii="Comic Sans MS" w:hAnsi="Comic Sans MS" w:cs="Times New Roman"/>
          <w:color w:val="auto"/>
        </w:rPr>
        <w:t>Technická ustanovení</w:t>
      </w:r>
    </w:p>
    <w:p w14:paraId="7E1D5A97" w14:textId="77777777" w:rsidR="00764AEE" w:rsidRPr="00101B51" w:rsidRDefault="00000000">
      <w:pPr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Závodí se dle platných pravidel ČGF a tohoto rozpisu.</w:t>
      </w:r>
    </w:p>
    <w:p w14:paraId="47295023" w14:textId="77777777" w:rsidR="00764AEE" w:rsidRPr="00101B51" w:rsidRDefault="00000000">
      <w:pPr>
        <w:pStyle w:val="Seznamsodrkami"/>
        <w:rPr>
          <w:rFonts w:ascii="Comic Sans MS" w:hAnsi="Comic Sans MS" w:cs="Times New Roman"/>
          <w:i/>
          <w:iCs/>
        </w:rPr>
      </w:pPr>
      <w:r w:rsidRPr="00101B51">
        <w:rPr>
          <w:rFonts w:ascii="Comic Sans MS" w:hAnsi="Comic Sans MS" w:cs="Times New Roman"/>
          <w:i/>
          <w:iCs/>
        </w:rPr>
        <w:t>Časový plán:</w:t>
      </w:r>
    </w:p>
    <w:p w14:paraId="16F41D2B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7:30 otevření tělocvičny, registrace, rozcvičení</w:t>
      </w:r>
    </w:p>
    <w:p w14:paraId="2E0FB4EB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8:45 porada rozhodčích a trenérů</w:t>
      </w:r>
    </w:p>
    <w:p w14:paraId="2B9C5AFD" w14:textId="77777777" w:rsidR="00764AEE" w:rsidRPr="00101B51" w:rsidRDefault="00000000">
      <w:pPr>
        <w:pStyle w:val="Seznamsodrkami2"/>
        <w:rPr>
          <w:rFonts w:ascii="Comic Sans MS" w:hAnsi="Comic Sans MS" w:cs="Times New Roman"/>
        </w:rPr>
      </w:pPr>
      <w:r w:rsidRPr="00101B51">
        <w:rPr>
          <w:rFonts w:ascii="Comic Sans MS" w:hAnsi="Comic Sans MS" w:cs="Times New Roman"/>
        </w:rPr>
        <w:t>9:00 zahájení závodu</w:t>
      </w:r>
    </w:p>
    <w:p w14:paraId="3A1CBFC3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142EB4AF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62FB02D6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2CB6C1DA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40EEA05C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6E18C287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5AE2CBA6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5718FB26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4C5BA780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6C003B5D" w14:textId="77777777" w:rsidR="00F511A0" w:rsidRPr="00101B51" w:rsidRDefault="00F511A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</w:rPr>
      </w:pPr>
    </w:p>
    <w:p w14:paraId="4A973E1A" w14:textId="77777777" w:rsidR="00F511A0" w:rsidRPr="00101B51" w:rsidRDefault="00F511A0" w:rsidP="00101B51">
      <w:pPr>
        <w:pStyle w:val="Seznamsodrkami2"/>
        <w:numPr>
          <w:ilvl w:val="0"/>
          <w:numId w:val="0"/>
        </w:numPr>
        <w:rPr>
          <w:rFonts w:ascii="Comic Sans MS" w:hAnsi="Comic Sans MS" w:cs="Times New Roman"/>
        </w:rPr>
      </w:pPr>
    </w:p>
    <w:p w14:paraId="3BCC4CBA" w14:textId="77777777" w:rsidR="00F511A0" w:rsidRPr="00101B51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8"/>
          <w:szCs w:val="28"/>
          <w:lang w:val="cs-CZ"/>
        </w:rPr>
      </w:pPr>
      <w:r w:rsidRPr="00F511A0">
        <w:rPr>
          <w:rFonts w:ascii="Comic Sans MS" w:hAnsi="Comic Sans MS" w:cs="Times New Roman"/>
          <w:b/>
          <w:bCs/>
          <w:sz w:val="28"/>
          <w:szCs w:val="28"/>
          <w:lang w:val="cs-CZ"/>
        </w:rPr>
        <w:lastRenderedPageBreak/>
        <w:t>Kategorie a obtížnost</w:t>
      </w:r>
    </w:p>
    <w:p w14:paraId="6301A0A0" w14:textId="77777777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8"/>
          <w:szCs w:val="28"/>
          <w:lang w:val="cs-CZ"/>
        </w:rPr>
      </w:pPr>
    </w:p>
    <w:p w14:paraId="27A854A9" w14:textId="77777777" w:rsidR="00F511A0" w:rsidRPr="00F511A0" w:rsidRDefault="00F511A0" w:rsidP="00F511A0">
      <w:pPr>
        <w:pStyle w:val="Seznamsodrkami2"/>
        <w:numPr>
          <w:ilvl w:val="0"/>
          <w:numId w:val="0"/>
        </w:numPr>
        <w:ind w:left="360" w:hanging="360"/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I. Začínající žákyně</w:t>
      </w:r>
    </w:p>
    <w:p w14:paraId="7FC4B01B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ročník 2020–2019</w:t>
      </w:r>
      <w:r w:rsidRPr="00F511A0">
        <w:rPr>
          <w:rFonts w:ascii="Comic Sans MS" w:hAnsi="Comic Sans MS" w:cs="Times New Roman"/>
          <w:lang w:val="cs-CZ"/>
        </w:rPr>
        <w:br/>
        <w:t>ročník 2018–2017</w:t>
      </w:r>
    </w:p>
    <w:p w14:paraId="37A4FE69" w14:textId="558273EC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 xml:space="preserve">Kladina </w:t>
      </w:r>
      <w:r w:rsidRPr="00101B51">
        <w:rPr>
          <w:rFonts w:ascii="Comic Sans MS" w:hAnsi="Comic Sans MS" w:cs="Times New Roman"/>
          <w:b/>
          <w:bCs/>
          <w:lang w:val="cs-CZ"/>
        </w:rPr>
        <w:t>7</w:t>
      </w:r>
      <w:r w:rsidRPr="00F511A0">
        <w:rPr>
          <w:rFonts w:ascii="Comic Sans MS" w:hAnsi="Comic Sans MS" w:cs="Times New Roman"/>
          <w:b/>
          <w:bCs/>
          <w:lang w:val="cs-CZ"/>
        </w:rPr>
        <w:t>0 cm – volná sestava s povinnými požadavky, minimálně 5 prvků:</w:t>
      </w:r>
    </w:p>
    <w:p w14:paraId="4FC0CCB3" w14:textId="4273E253" w:rsidR="00F511A0" w:rsidRPr="00F511A0" w:rsidRDefault="00F511A0" w:rsidP="00F511A0">
      <w:pPr>
        <w:pStyle w:val="Seznamsodrkami2"/>
        <w:numPr>
          <w:ilvl w:val="0"/>
          <w:numId w:val="1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gymnastický skok  </w:t>
      </w:r>
    </w:p>
    <w:p w14:paraId="3279BE9A" w14:textId="77777777" w:rsidR="00F511A0" w:rsidRPr="00F511A0" w:rsidRDefault="00F511A0" w:rsidP="00F511A0">
      <w:pPr>
        <w:pStyle w:val="Seznamsodrkami2"/>
        <w:numPr>
          <w:ilvl w:val="0"/>
          <w:numId w:val="1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akrobatický prvek (doplňková tabulka) </w:t>
      </w:r>
    </w:p>
    <w:p w14:paraId="0391F00B" w14:textId="57509C06" w:rsidR="00F511A0" w:rsidRPr="00F511A0" w:rsidRDefault="00F511A0" w:rsidP="00F511A0">
      <w:pPr>
        <w:pStyle w:val="Seznamsodrkami2"/>
        <w:numPr>
          <w:ilvl w:val="0"/>
          <w:numId w:val="1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obrat min.</w:t>
      </w:r>
      <w:r w:rsidR="00060DE4">
        <w:rPr>
          <w:rFonts w:ascii="Comic Sans MS" w:hAnsi="Comic Sans MS" w:cs="Times New Roman"/>
          <w:lang w:val="cs-CZ"/>
        </w:rPr>
        <w:t xml:space="preserve"> o</w:t>
      </w:r>
      <w:r w:rsidRPr="00F511A0">
        <w:rPr>
          <w:rFonts w:ascii="Comic Sans MS" w:hAnsi="Comic Sans MS" w:cs="Times New Roman"/>
          <w:lang w:val="cs-CZ"/>
        </w:rPr>
        <w:t xml:space="preserve"> 180° </w:t>
      </w:r>
    </w:p>
    <w:p w14:paraId="10B27E29" w14:textId="77777777" w:rsid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Neutrální srážky za krátkou sestavu:</w:t>
      </w:r>
      <w:r w:rsidRPr="00F511A0">
        <w:rPr>
          <w:rFonts w:ascii="Comic Sans MS" w:hAnsi="Comic Sans MS" w:cs="Times New Roman"/>
          <w:lang w:val="cs-CZ"/>
        </w:rPr>
        <w:br/>
        <w:t>4 prvky – 4 b</w:t>
      </w:r>
      <w:r w:rsidRPr="00F511A0">
        <w:rPr>
          <w:rFonts w:ascii="Comic Sans MS" w:hAnsi="Comic Sans MS" w:cs="Times New Roman"/>
          <w:lang w:val="cs-CZ"/>
        </w:rPr>
        <w:br/>
        <w:t>3 prvky – 5 b</w:t>
      </w:r>
      <w:r w:rsidRPr="00F511A0">
        <w:rPr>
          <w:rFonts w:ascii="Comic Sans MS" w:hAnsi="Comic Sans MS" w:cs="Times New Roman"/>
          <w:lang w:val="cs-CZ"/>
        </w:rPr>
        <w:br/>
        <w:t>2–1 prvek – 8 b</w:t>
      </w:r>
    </w:p>
    <w:p w14:paraId="0DD556EA" w14:textId="77777777" w:rsidR="00425C52" w:rsidRPr="00F511A0" w:rsidRDefault="00425C52" w:rsidP="00425C52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ročník 2018–2017</w:t>
      </w:r>
    </w:p>
    <w:p w14:paraId="30236CB7" w14:textId="77777777" w:rsidR="00425C52" w:rsidRPr="00F511A0" w:rsidRDefault="00425C52" w:rsidP="00425C52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 xml:space="preserve">Kladina </w:t>
      </w:r>
      <w:r w:rsidRPr="00101B51">
        <w:rPr>
          <w:rFonts w:ascii="Comic Sans MS" w:hAnsi="Comic Sans MS" w:cs="Times New Roman"/>
          <w:b/>
          <w:bCs/>
          <w:lang w:val="cs-CZ"/>
        </w:rPr>
        <w:t>7</w:t>
      </w:r>
      <w:r w:rsidRPr="00F511A0">
        <w:rPr>
          <w:rFonts w:ascii="Comic Sans MS" w:hAnsi="Comic Sans MS" w:cs="Times New Roman"/>
          <w:b/>
          <w:bCs/>
          <w:lang w:val="cs-CZ"/>
        </w:rPr>
        <w:t>0 cm – volná sestava s povinnými požadavky, minimálně 5 prvků:</w:t>
      </w:r>
    </w:p>
    <w:p w14:paraId="5A0E8457" w14:textId="644D55F7" w:rsidR="00425C52" w:rsidRPr="00F511A0" w:rsidRDefault="00425C52" w:rsidP="00425C52">
      <w:pPr>
        <w:pStyle w:val="Seznamsodrkami2"/>
        <w:numPr>
          <w:ilvl w:val="0"/>
          <w:numId w:val="14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gymnastický skok  </w:t>
      </w:r>
      <w:r>
        <w:rPr>
          <w:rFonts w:ascii="Comic Sans MS" w:hAnsi="Comic Sans MS" w:cs="Times New Roman"/>
          <w:lang w:val="cs-CZ"/>
        </w:rPr>
        <w:t>min. A</w:t>
      </w:r>
    </w:p>
    <w:p w14:paraId="79F7F1F7" w14:textId="77777777" w:rsidR="00425C52" w:rsidRPr="00F511A0" w:rsidRDefault="00425C52" w:rsidP="00425C52">
      <w:pPr>
        <w:pStyle w:val="Seznamsodrkami2"/>
        <w:numPr>
          <w:ilvl w:val="0"/>
          <w:numId w:val="14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akrobatický prvek (doplňková tabulka) </w:t>
      </w:r>
    </w:p>
    <w:p w14:paraId="70ABB9A0" w14:textId="4B973CEE" w:rsidR="00434C47" w:rsidRPr="00D66F31" w:rsidRDefault="00425C52" w:rsidP="00D66F31">
      <w:pPr>
        <w:pStyle w:val="Seznamsodrkami2"/>
        <w:numPr>
          <w:ilvl w:val="0"/>
          <w:numId w:val="14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obrat </w:t>
      </w:r>
      <w:r>
        <w:rPr>
          <w:rFonts w:ascii="Comic Sans MS" w:hAnsi="Comic Sans MS" w:cs="Times New Roman"/>
          <w:lang w:val="cs-CZ"/>
        </w:rPr>
        <w:t xml:space="preserve">jednonož </w:t>
      </w:r>
      <w:r w:rsidRPr="00F511A0">
        <w:rPr>
          <w:rFonts w:ascii="Comic Sans MS" w:hAnsi="Comic Sans MS" w:cs="Times New Roman"/>
          <w:lang w:val="cs-CZ"/>
        </w:rPr>
        <w:t>min.</w:t>
      </w:r>
      <w:r>
        <w:rPr>
          <w:rFonts w:ascii="Comic Sans MS" w:hAnsi="Comic Sans MS" w:cs="Times New Roman"/>
          <w:lang w:val="cs-CZ"/>
        </w:rPr>
        <w:t xml:space="preserve"> o</w:t>
      </w:r>
      <w:r w:rsidRPr="00F511A0">
        <w:rPr>
          <w:rFonts w:ascii="Comic Sans MS" w:hAnsi="Comic Sans MS" w:cs="Times New Roman"/>
          <w:lang w:val="cs-CZ"/>
        </w:rPr>
        <w:t xml:space="preserve"> 180° </w:t>
      </w:r>
    </w:p>
    <w:p w14:paraId="3A37277F" w14:textId="0147AB65" w:rsidR="000504AC" w:rsidRPr="00425C52" w:rsidRDefault="00425C52" w:rsidP="00425C52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Neutrální srážky za krátkou sestavu:</w:t>
      </w:r>
      <w:r w:rsidRPr="00F511A0">
        <w:rPr>
          <w:rFonts w:ascii="Comic Sans MS" w:hAnsi="Comic Sans MS" w:cs="Times New Roman"/>
          <w:lang w:val="cs-CZ"/>
        </w:rPr>
        <w:br/>
        <w:t>4 prvky – 4 b</w:t>
      </w:r>
      <w:r w:rsidRPr="00F511A0">
        <w:rPr>
          <w:rFonts w:ascii="Comic Sans MS" w:hAnsi="Comic Sans MS" w:cs="Times New Roman"/>
          <w:lang w:val="cs-CZ"/>
        </w:rPr>
        <w:br/>
        <w:t>3 prvky – 5 b</w:t>
      </w:r>
      <w:r w:rsidRPr="00F511A0">
        <w:rPr>
          <w:rFonts w:ascii="Comic Sans MS" w:hAnsi="Comic Sans MS" w:cs="Times New Roman"/>
          <w:lang w:val="cs-CZ"/>
        </w:rPr>
        <w:br/>
        <w:t>2–1 prvek – 8 b</w:t>
      </w:r>
    </w:p>
    <w:p w14:paraId="2A9EAC29" w14:textId="77777777" w:rsidR="00F511A0" w:rsidRPr="00F511A0" w:rsidRDefault="00000000" w:rsidP="00F511A0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0EC976A8">
          <v:rect id="_x0000_i1025" style="width:0;height:1.5pt" o:hralign="center" o:hrstd="t" o:hr="t" fillcolor="#a0a0a0" stroked="f"/>
        </w:pict>
      </w:r>
    </w:p>
    <w:p w14:paraId="243F5C64" w14:textId="77777777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Prostná</w:t>
      </w:r>
    </w:p>
    <w:p w14:paraId="2DC82459" w14:textId="7D08F11E" w:rsidR="00F511A0" w:rsidRPr="00B832C1" w:rsidRDefault="00F511A0" w:rsidP="00B832C1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Volná sestava s</w:t>
      </w:r>
      <w:r w:rsidR="00D66F31">
        <w:rPr>
          <w:rFonts w:ascii="Comic Sans MS" w:hAnsi="Comic Sans MS" w:cs="Times New Roman"/>
          <w:lang w:val="cs-CZ"/>
        </w:rPr>
        <w:t>e skladebními požadavky</w:t>
      </w:r>
      <w:r w:rsidR="00B832C1">
        <w:rPr>
          <w:rFonts w:ascii="Comic Sans MS" w:hAnsi="Comic Sans MS" w:cs="Times New Roman"/>
          <w:lang w:val="cs-CZ"/>
        </w:rPr>
        <w:t xml:space="preserve">: </w:t>
      </w:r>
    </w:p>
    <w:p w14:paraId="722730C3" w14:textId="77777777" w:rsidR="00F511A0" w:rsidRP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gymnastický skok (doplňková tabulka) </w:t>
      </w:r>
    </w:p>
    <w:p w14:paraId="64869F26" w14:textId="77777777" w:rsidR="00F511A0" w:rsidRP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jiný gymnastický skok (doplňková tabulka) </w:t>
      </w:r>
    </w:p>
    <w:p w14:paraId="1B946DD1" w14:textId="77777777" w:rsid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akrobatický prvek (doplňková tabulka) </w:t>
      </w:r>
    </w:p>
    <w:p w14:paraId="1FE73FCC" w14:textId="294A87D8" w:rsidR="00B832C1" w:rsidRPr="00F511A0" w:rsidRDefault="00B832C1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t>minimálně 5 prvků</w:t>
      </w:r>
    </w:p>
    <w:p w14:paraId="2845ABD1" w14:textId="77777777" w:rsidR="00F511A0" w:rsidRPr="00101B51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Neutrální srážky:</w:t>
      </w:r>
      <w:r w:rsidRPr="00F511A0">
        <w:rPr>
          <w:rFonts w:ascii="Comic Sans MS" w:hAnsi="Comic Sans MS" w:cs="Times New Roman"/>
          <w:lang w:val="cs-CZ"/>
        </w:rPr>
        <w:br/>
        <w:t>4 prvky – 4 b</w:t>
      </w:r>
      <w:r w:rsidRPr="00F511A0">
        <w:rPr>
          <w:rFonts w:ascii="Comic Sans MS" w:hAnsi="Comic Sans MS" w:cs="Times New Roman"/>
          <w:lang w:val="cs-CZ"/>
        </w:rPr>
        <w:br/>
        <w:t>3 prvky – 5 b</w:t>
      </w:r>
      <w:r w:rsidRPr="00F511A0">
        <w:rPr>
          <w:rFonts w:ascii="Comic Sans MS" w:hAnsi="Comic Sans MS" w:cs="Times New Roman"/>
          <w:lang w:val="cs-CZ"/>
        </w:rPr>
        <w:br/>
        <w:t>2–1 prvek – 8 b</w:t>
      </w:r>
    </w:p>
    <w:p w14:paraId="319E1BF2" w14:textId="150549B8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101B51">
        <w:rPr>
          <w:rFonts w:ascii="Comic Sans MS" w:hAnsi="Comic Sans MS" w:cs="Times New Roman"/>
          <w:lang w:val="cs-CZ"/>
        </w:rPr>
        <w:t>Hudba závodnice musí být vložena do GISU</w:t>
      </w:r>
    </w:p>
    <w:p w14:paraId="13DD2FF2" w14:textId="77777777" w:rsidR="00F511A0" w:rsidRPr="00F511A0" w:rsidRDefault="00000000" w:rsidP="00F511A0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61D9D5F5">
          <v:rect id="_x0000_i1026" style="width:0;height:1.5pt" o:hralign="center" o:hrstd="t" o:hr="t" fillcolor="#a0a0a0" stroked="f"/>
        </w:pict>
      </w:r>
    </w:p>
    <w:p w14:paraId="2785012D" w14:textId="77777777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II. Žákyně</w:t>
      </w:r>
    </w:p>
    <w:p w14:paraId="348ADFE8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ročník 2014–2016</w:t>
      </w:r>
    </w:p>
    <w:p w14:paraId="4EBCA8D6" w14:textId="45526BC1" w:rsidR="00F511A0" w:rsidRPr="00101B51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není určen</w:t>
      </w:r>
      <w:r w:rsidRPr="00101B51">
        <w:rPr>
          <w:rFonts w:ascii="Comic Sans MS" w:hAnsi="Comic Sans MS" w:cs="Times New Roman"/>
          <w:lang w:val="cs-CZ"/>
        </w:rPr>
        <w:t>o</w:t>
      </w:r>
      <w:r w:rsidRPr="00F511A0">
        <w:rPr>
          <w:rFonts w:ascii="Comic Sans MS" w:hAnsi="Comic Sans MS" w:cs="Times New Roman"/>
          <w:lang w:val="cs-CZ"/>
        </w:rPr>
        <w:t xml:space="preserve"> závodnicím se startem na MČR „C“</w:t>
      </w:r>
    </w:p>
    <w:p w14:paraId="07FE296C" w14:textId="77777777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Prostná</w:t>
      </w:r>
    </w:p>
    <w:p w14:paraId="3C87B7FA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Volná sestava s povinnými požadavky:</w:t>
      </w:r>
    </w:p>
    <w:p w14:paraId="3DA9BDF3" w14:textId="77777777" w:rsidR="00F511A0" w:rsidRP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lastRenderedPageBreak/>
        <w:t xml:space="preserve">gymnastický skok (doplňková tabulka) </w:t>
      </w:r>
    </w:p>
    <w:p w14:paraId="33E8DBBC" w14:textId="77777777" w:rsidR="00F511A0" w:rsidRP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jiný gymnastický skok (doplňková tabulka) </w:t>
      </w:r>
    </w:p>
    <w:p w14:paraId="07428794" w14:textId="77777777" w:rsidR="00F511A0" w:rsidRPr="00F511A0" w:rsidRDefault="00F511A0" w:rsidP="00F511A0">
      <w:pPr>
        <w:pStyle w:val="Seznamsodrkami2"/>
        <w:numPr>
          <w:ilvl w:val="0"/>
          <w:numId w:val="11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akrobatický prvek (doplňková tabulka) </w:t>
      </w:r>
    </w:p>
    <w:p w14:paraId="1E57E8CC" w14:textId="77777777" w:rsidR="00F511A0" w:rsidRPr="00101B51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Neutrální srážky:</w:t>
      </w:r>
      <w:r w:rsidRPr="00F511A0">
        <w:rPr>
          <w:rFonts w:ascii="Comic Sans MS" w:hAnsi="Comic Sans MS" w:cs="Times New Roman"/>
          <w:lang w:val="cs-CZ"/>
        </w:rPr>
        <w:br/>
        <w:t>4 prvky – 4 b</w:t>
      </w:r>
      <w:r w:rsidRPr="00F511A0">
        <w:rPr>
          <w:rFonts w:ascii="Comic Sans MS" w:hAnsi="Comic Sans MS" w:cs="Times New Roman"/>
          <w:lang w:val="cs-CZ"/>
        </w:rPr>
        <w:br/>
        <w:t>3 prvky – 5 b</w:t>
      </w:r>
      <w:r w:rsidRPr="00F511A0">
        <w:rPr>
          <w:rFonts w:ascii="Comic Sans MS" w:hAnsi="Comic Sans MS" w:cs="Times New Roman"/>
          <w:lang w:val="cs-CZ"/>
        </w:rPr>
        <w:br/>
        <w:t>2–1 prvek – 8 b</w:t>
      </w:r>
    </w:p>
    <w:p w14:paraId="2D8A9E25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101B51">
        <w:rPr>
          <w:rFonts w:ascii="Comic Sans MS" w:hAnsi="Comic Sans MS" w:cs="Times New Roman"/>
          <w:lang w:val="cs-CZ"/>
        </w:rPr>
        <w:t>Hudba závodnice musí být vložena do GISU</w:t>
      </w:r>
    </w:p>
    <w:p w14:paraId="47B5BD4C" w14:textId="0CF4F0C3" w:rsidR="00F511A0" w:rsidRPr="00F511A0" w:rsidRDefault="00000000" w:rsidP="00F511A0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222BDE5C">
          <v:rect id="_x0000_i1027" style="width:0;height:1.5pt" o:hralign="center" o:hrstd="t" o:hr="t" fillcolor="#a0a0a0" stroked="f"/>
        </w:pict>
      </w:r>
    </w:p>
    <w:p w14:paraId="30CB95CE" w14:textId="77777777" w:rsidR="00101B51" w:rsidRDefault="00101B51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lang w:val="cs-CZ"/>
        </w:rPr>
      </w:pPr>
    </w:p>
    <w:p w14:paraId="36A6069D" w14:textId="12570E48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 xml:space="preserve">Kladina </w:t>
      </w:r>
      <w:r w:rsidRPr="00101B51">
        <w:rPr>
          <w:rFonts w:ascii="Comic Sans MS" w:hAnsi="Comic Sans MS" w:cs="Times New Roman"/>
          <w:b/>
          <w:bCs/>
          <w:lang w:val="cs-CZ"/>
        </w:rPr>
        <w:t>7</w:t>
      </w:r>
      <w:r w:rsidRPr="00F511A0">
        <w:rPr>
          <w:rFonts w:ascii="Comic Sans MS" w:hAnsi="Comic Sans MS" w:cs="Times New Roman"/>
          <w:b/>
          <w:bCs/>
          <w:lang w:val="cs-CZ"/>
        </w:rPr>
        <w:t>0 cm – volná sestava s povinnými požadavky, minimálně 5 prvků:</w:t>
      </w:r>
    </w:p>
    <w:p w14:paraId="1A588BF4" w14:textId="77777777" w:rsidR="00F511A0" w:rsidRPr="00F511A0" w:rsidRDefault="00F511A0" w:rsidP="00F511A0">
      <w:pPr>
        <w:pStyle w:val="Seznamsodrkami2"/>
        <w:numPr>
          <w:ilvl w:val="0"/>
          <w:numId w:val="12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gymnastický skok A </w:t>
      </w:r>
    </w:p>
    <w:p w14:paraId="51FDDE17" w14:textId="77777777" w:rsidR="00F511A0" w:rsidRPr="00F511A0" w:rsidRDefault="00F511A0" w:rsidP="00F511A0">
      <w:pPr>
        <w:pStyle w:val="Seznamsodrkami2"/>
        <w:numPr>
          <w:ilvl w:val="0"/>
          <w:numId w:val="12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akrobatický prvek (doplňková tabulka) </w:t>
      </w:r>
    </w:p>
    <w:p w14:paraId="133DF904" w14:textId="77777777" w:rsidR="00F511A0" w:rsidRPr="00F511A0" w:rsidRDefault="00F511A0" w:rsidP="00F511A0">
      <w:pPr>
        <w:pStyle w:val="Seznamsodrkami2"/>
        <w:numPr>
          <w:ilvl w:val="0"/>
          <w:numId w:val="12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 xml:space="preserve">obrat jednonož min. 180° </w:t>
      </w:r>
    </w:p>
    <w:p w14:paraId="4B86CE11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b/>
          <w:bCs/>
          <w:lang w:val="cs-CZ"/>
        </w:rPr>
        <w:t>Neutrální srážky:</w:t>
      </w:r>
      <w:r w:rsidRPr="00F511A0">
        <w:rPr>
          <w:rFonts w:ascii="Comic Sans MS" w:hAnsi="Comic Sans MS" w:cs="Times New Roman"/>
          <w:lang w:val="cs-CZ"/>
        </w:rPr>
        <w:br/>
        <w:t>4 prvky – 4 b</w:t>
      </w:r>
      <w:r w:rsidRPr="00F511A0">
        <w:rPr>
          <w:rFonts w:ascii="Comic Sans MS" w:hAnsi="Comic Sans MS" w:cs="Times New Roman"/>
          <w:lang w:val="cs-CZ"/>
        </w:rPr>
        <w:br/>
        <w:t>3 prvky – 5 b</w:t>
      </w:r>
      <w:r w:rsidRPr="00F511A0">
        <w:rPr>
          <w:rFonts w:ascii="Comic Sans MS" w:hAnsi="Comic Sans MS" w:cs="Times New Roman"/>
          <w:lang w:val="cs-CZ"/>
        </w:rPr>
        <w:br/>
        <w:t>2–1 prvek – 8 b</w:t>
      </w:r>
    </w:p>
    <w:p w14:paraId="0D9C442F" w14:textId="77777777" w:rsidR="00F511A0" w:rsidRPr="00101B51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Při klasifikaci prvků platí doplňková tabulka prvků na straně 41 závodního programu.</w:t>
      </w:r>
    </w:p>
    <w:p w14:paraId="3EF08907" w14:textId="77777777" w:rsidR="00F511A0" w:rsidRPr="00F511A0" w:rsidRDefault="00000000" w:rsidP="00BC0317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7CF20A6A">
          <v:rect id="_x0000_i1028" style="width:0;height:1.5pt" o:hralign="center" o:hrstd="t" o:hr="t" fillcolor="#a0a0a0" stroked="f"/>
        </w:pict>
      </w:r>
    </w:p>
    <w:p w14:paraId="2CC5B619" w14:textId="77777777" w:rsid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III. VS3 C</w:t>
      </w:r>
    </w:p>
    <w:p w14:paraId="13573C84" w14:textId="70299E74" w:rsidR="00BF5BA3" w:rsidRPr="00F511A0" w:rsidRDefault="00E82DBD" w:rsidP="00990119">
      <w:pPr>
        <w:pStyle w:val="Seznamsodrkami2"/>
        <w:numPr>
          <w:ilvl w:val="0"/>
          <w:numId w:val="15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>
        <w:rPr>
          <w:rFonts w:ascii="Comic Sans MS" w:hAnsi="Comic Sans MS" w:cs="Times New Roman"/>
          <w:sz w:val="20"/>
          <w:szCs w:val="20"/>
          <w:lang w:val="cs-CZ"/>
        </w:rPr>
        <w:t>r</w:t>
      </w:r>
      <w:r w:rsidR="00990119">
        <w:rPr>
          <w:rFonts w:ascii="Comic Sans MS" w:hAnsi="Comic Sans MS" w:cs="Times New Roman"/>
          <w:sz w:val="20"/>
          <w:szCs w:val="20"/>
          <w:lang w:val="cs-CZ"/>
        </w:rPr>
        <w:t>oč. 2016-2015</w:t>
      </w:r>
    </w:p>
    <w:p w14:paraId="37E7ADC8" w14:textId="1BBEC455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nesmí startovat závodnice, které v roce 2025 startovaly na KP nebo MČR v liniích A nebo B</w:t>
      </w:r>
    </w:p>
    <w:p w14:paraId="4E029D2F" w14:textId="77777777" w:rsidR="00F511A0" w:rsidRPr="00F511A0" w:rsidRDefault="00000000" w:rsidP="00F511A0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6C8692B8">
          <v:rect id="_x0000_i1029" style="width:0;height:1.5pt" o:hralign="center" o:hrstd="t" o:hr="t" fillcolor="#a0a0a0" stroked="f"/>
        </w:pict>
      </w:r>
    </w:p>
    <w:p w14:paraId="5554F182" w14:textId="77777777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IV. VS4 C</w:t>
      </w:r>
    </w:p>
    <w:p w14:paraId="36C1F579" w14:textId="77777777" w:rsid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roč. 2014–2013</w:t>
      </w:r>
    </w:p>
    <w:p w14:paraId="146669A9" w14:textId="1C0C22AF" w:rsidR="00101B51" w:rsidRDefault="00101B51" w:rsidP="00101B51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nesmí startovat závodnice, které v roce 2025 startovaly na KP nebo MČR v liniích A nebo B</w:t>
      </w:r>
    </w:p>
    <w:p w14:paraId="19A4E24F" w14:textId="16277D3A" w:rsidR="00101B51" w:rsidRPr="00F511A0" w:rsidRDefault="00000000" w:rsidP="00101B51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658ABAA7">
          <v:rect id="_x0000_i1030" style="width:0;height:1.5pt" o:hralign="center" o:hrstd="t" o:hr="t" fillcolor="#a0a0a0" stroked="f"/>
        </w:pict>
      </w:r>
    </w:p>
    <w:p w14:paraId="4DB22DF9" w14:textId="13E29B31" w:rsidR="00F511A0" w:rsidRPr="00101B51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101B51">
        <w:rPr>
          <w:rFonts w:ascii="Comic Sans MS" w:hAnsi="Comic Sans MS" w:cs="Times New Roman"/>
          <w:b/>
          <w:bCs/>
          <w:sz w:val="24"/>
          <w:szCs w:val="24"/>
          <w:lang w:val="cs-CZ"/>
        </w:rPr>
        <w:t xml:space="preserve">V. </w:t>
      </w: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VS4 B</w:t>
      </w:r>
    </w:p>
    <w:p w14:paraId="49F2F65A" w14:textId="1CB7AE9B" w:rsidR="00F511A0" w:rsidRDefault="00F511A0" w:rsidP="00F511A0">
      <w:pPr>
        <w:pStyle w:val="Seznamsodrkami2"/>
        <w:numPr>
          <w:ilvl w:val="0"/>
          <w:numId w:val="13"/>
        </w:numPr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roč. 2015–2013</w:t>
      </w:r>
    </w:p>
    <w:p w14:paraId="08E1BAE8" w14:textId="77777777" w:rsidR="00F511A0" w:rsidRPr="00F511A0" w:rsidRDefault="00000000" w:rsidP="00101B51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01B793C2">
          <v:rect id="_x0000_i1031" style="width:0;height:1.5pt" o:hralign="center" o:hrstd="t" o:hr="t" fillcolor="#a0a0a0" stroked="f"/>
        </w:pict>
      </w:r>
    </w:p>
    <w:p w14:paraId="56CC1273" w14:textId="77685661" w:rsidR="00F511A0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V</w:t>
      </w:r>
      <w:r w:rsidRPr="00101B51">
        <w:rPr>
          <w:rFonts w:ascii="Comic Sans MS" w:hAnsi="Comic Sans MS" w:cs="Times New Roman"/>
          <w:b/>
          <w:bCs/>
          <w:sz w:val="24"/>
          <w:szCs w:val="24"/>
          <w:lang w:val="cs-CZ"/>
        </w:rPr>
        <w:t>I</w:t>
      </w: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. VS5 C</w:t>
      </w:r>
    </w:p>
    <w:p w14:paraId="6DEC9A25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roč. 2012–2011</w:t>
      </w:r>
    </w:p>
    <w:p w14:paraId="28E26B83" w14:textId="77777777" w:rsidR="00F511A0" w:rsidRP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nesmí startovat závodnice, které v roce 2025 startovaly na KP nebo MČR v liniích A nebo B</w:t>
      </w:r>
    </w:p>
    <w:p w14:paraId="114353FD" w14:textId="77777777" w:rsidR="00F511A0" w:rsidRPr="00F511A0" w:rsidRDefault="00000000" w:rsidP="00101B51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7AAC3724">
          <v:rect id="_x0000_i1032" style="width:0;height:1.5pt" o:hralign="center" o:hrstd="t" o:hr="t" fillcolor="#a0a0a0" stroked="f"/>
        </w:pict>
      </w:r>
    </w:p>
    <w:p w14:paraId="4EB1277E" w14:textId="7D44FB11" w:rsidR="00101B51" w:rsidRPr="00F511A0" w:rsidRDefault="00F511A0" w:rsidP="00F511A0">
      <w:pPr>
        <w:pStyle w:val="Seznamsodrkami2"/>
        <w:numPr>
          <w:ilvl w:val="0"/>
          <w:numId w:val="0"/>
        </w:numPr>
        <w:rPr>
          <w:rFonts w:ascii="Comic Sans MS" w:hAnsi="Comic Sans MS" w:cs="Times New Roman"/>
          <w:b/>
          <w:bCs/>
          <w:sz w:val="24"/>
          <w:szCs w:val="24"/>
          <w:lang w:val="cs-CZ"/>
        </w:rPr>
      </w:pP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VI</w:t>
      </w:r>
      <w:r w:rsidRPr="00101B51">
        <w:rPr>
          <w:rFonts w:ascii="Comic Sans MS" w:hAnsi="Comic Sans MS" w:cs="Times New Roman"/>
          <w:b/>
          <w:bCs/>
          <w:sz w:val="24"/>
          <w:szCs w:val="24"/>
          <w:lang w:val="cs-CZ"/>
        </w:rPr>
        <w:t>I</w:t>
      </w:r>
      <w:r w:rsidRPr="00F511A0">
        <w:rPr>
          <w:rFonts w:ascii="Comic Sans MS" w:hAnsi="Comic Sans MS" w:cs="Times New Roman"/>
          <w:b/>
          <w:bCs/>
          <w:sz w:val="24"/>
          <w:szCs w:val="24"/>
          <w:lang w:val="cs-CZ"/>
        </w:rPr>
        <w:t>. VS6 C</w:t>
      </w:r>
    </w:p>
    <w:p w14:paraId="2FE430A5" w14:textId="77777777" w:rsidR="00F511A0" w:rsidRDefault="00F511A0" w:rsidP="00F511A0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roč. 2010 a starší</w:t>
      </w:r>
    </w:p>
    <w:p w14:paraId="4869735E" w14:textId="48418065" w:rsidR="00101B51" w:rsidRPr="00101B51" w:rsidRDefault="00101B51" w:rsidP="00101B51">
      <w:pPr>
        <w:pStyle w:val="Seznamsodrkami2"/>
        <w:rPr>
          <w:rFonts w:ascii="Comic Sans MS" w:hAnsi="Comic Sans MS" w:cs="Times New Roman"/>
          <w:lang w:val="cs-CZ"/>
        </w:rPr>
      </w:pPr>
      <w:r w:rsidRPr="00F511A0">
        <w:rPr>
          <w:rFonts w:ascii="Comic Sans MS" w:hAnsi="Comic Sans MS" w:cs="Times New Roman"/>
          <w:lang w:val="cs-CZ"/>
        </w:rPr>
        <w:t>nesmí startovat závodnice, které v roce 2025 startovaly na KP nebo MČR v liniích A nebo B</w:t>
      </w:r>
    </w:p>
    <w:p w14:paraId="07CE3808" w14:textId="1F76AEDA" w:rsidR="00BC0317" w:rsidRDefault="00000000" w:rsidP="00101B51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pict w14:anchorId="672ED522">
          <v:rect id="_x0000_i1033" style="width:0;height:1.5pt" o:hralign="center" o:hrstd="t" o:hr="t" fillcolor="#a0a0a0" stroked="f"/>
        </w:pict>
      </w:r>
    </w:p>
    <w:p w14:paraId="5B909846" w14:textId="77777777" w:rsidR="00101B51" w:rsidRPr="00101B51" w:rsidRDefault="00101B51" w:rsidP="00101B51">
      <w:pPr>
        <w:pStyle w:val="Seznamsodrkami2"/>
        <w:numPr>
          <w:ilvl w:val="0"/>
          <w:numId w:val="0"/>
        </w:numPr>
        <w:ind w:left="360"/>
        <w:rPr>
          <w:rFonts w:ascii="Comic Sans MS" w:hAnsi="Comic Sans MS" w:cs="Times New Roman"/>
          <w:lang w:val="cs-CZ"/>
        </w:rPr>
      </w:pPr>
    </w:p>
    <w:p w14:paraId="28FB16DA" w14:textId="40C46369" w:rsidR="00BC0317" w:rsidRDefault="00101B51" w:rsidP="00BC0317">
      <w:pPr>
        <w:pStyle w:val="Seznamsodrkami2"/>
        <w:numPr>
          <w:ilvl w:val="0"/>
          <w:numId w:val="0"/>
        </w:numPr>
        <w:ind w:left="360" w:hanging="360"/>
        <w:rPr>
          <w:rFonts w:ascii="Comic Sans MS" w:hAnsi="Comic Sans MS" w:cs="Times New Roman"/>
          <w:lang w:val="cs-CZ"/>
        </w:rPr>
      </w:pPr>
      <w:r w:rsidRPr="00101B51">
        <w:rPr>
          <w:rFonts w:ascii="Comic Sans MS" w:hAnsi="Comic Sans MS" w:cs="Times New Roman"/>
          <w:b/>
          <w:bCs/>
          <w:lang w:val="cs-CZ"/>
        </w:rPr>
        <w:lastRenderedPageBreak/>
        <w:t xml:space="preserve">Pozn.: </w:t>
      </w:r>
      <w:r w:rsidRPr="00101B51">
        <w:rPr>
          <w:rFonts w:ascii="Comic Sans MS" w:hAnsi="Comic Sans MS" w:cs="Times New Roman"/>
          <w:lang w:val="cs-CZ"/>
        </w:rPr>
        <w:t xml:space="preserve">Hudba závodnice musí být nahrána v systému GIS. </w:t>
      </w:r>
      <w:r w:rsidRPr="004C0159">
        <w:rPr>
          <w:rFonts w:ascii="Comic Sans MS" w:hAnsi="Comic Sans MS" w:cs="Times New Roman"/>
          <w:lang w:val="cs-CZ"/>
        </w:rPr>
        <w:t>Zároveň žádáme trenéry, aby měla každá závodnice svou hudbu k dispozici také na flash disku.</w:t>
      </w:r>
    </w:p>
    <w:p w14:paraId="25267B0C" w14:textId="23A86AEB" w:rsidR="002B4EB4" w:rsidRDefault="002B4EB4" w:rsidP="002B4EB4">
      <w:pPr>
        <w:pStyle w:val="Seznamsodrkami2"/>
        <w:numPr>
          <w:ilvl w:val="0"/>
          <w:numId w:val="13"/>
        </w:numPr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t xml:space="preserve">Časový plán bude upřesněn </w:t>
      </w:r>
      <w:r w:rsidR="00B256D6">
        <w:rPr>
          <w:rFonts w:ascii="Comic Sans MS" w:hAnsi="Comic Sans MS" w:cs="Times New Roman"/>
          <w:lang w:val="cs-CZ"/>
        </w:rPr>
        <w:t>podle počtu přihlášených závodnic,</w:t>
      </w:r>
    </w:p>
    <w:p w14:paraId="044A2CF2" w14:textId="101180C8" w:rsidR="00B256D6" w:rsidRDefault="00B256D6" w:rsidP="002B4EB4">
      <w:pPr>
        <w:pStyle w:val="Seznamsodrkami2"/>
        <w:numPr>
          <w:ilvl w:val="0"/>
          <w:numId w:val="13"/>
        </w:numPr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t>Po naplnění kapacity gymnastického sálu</w:t>
      </w:r>
      <w:r w:rsidR="00637EC7">
        <w:rPr>
          <w:rFonts w:ascii="Comic Sans MS" w:hAnsi="Comic Sans MS" w:cs="Times New Roman"/>
          <w:lang w:val="cs-CZ"/>
        </w:rPr>
        <w:t xml:space="preserve"> nebudou akceptovány další přihlášky</w:t>
      </w:r>
    </w:p>
    <w:p w14:paraId="5C17FAD4" w14:textId="77777777" w:rsidR="00637EC7" w:rsidRDefault="00637EC7" w:rsidP="00637EC7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  <w:lang w:val="cs-CZ"/>
        </w:rPr>
      </w:pPr>
    </w:p>
    <w:p w14:paraId="22DD4BFE" w14:textId="6F70C1D9" w:rsidR="00637EC7" w:rsidRDefault="00637EC7" w:rsidP="00637EC7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  <w:lang w:val="cs-CZ"/>
        </w:rPr>
      </w:pPr>
      <w:r>
        <w:rPr>
          <w:rFonts w:ascii="Comic Sans MS" w:hAnsi="Comic Sans MS" w:cs="Times New Roman"/>
          <w:lang w:val="cs-CZ"/>
        </w:rPr>
        <w:t>Libuše Hornová</w:t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  <w:t>Milada Friedlová</w:t>
      </w:r>
    </w:p>
    <w:p w14:paraId="7F72F271" w14:textId="22803EE4" w:rsidR="00637EC7" w:rsidRPr="00101B51" w:rsidRDefault="00637EC7" w:rsidP="00637EC7">
      <w:pPr>
        <w:pStyle w:val="Seznamsodrkami2"/>
        <w:numPr>
          <w:ilvl w:val="0"/>
          <w:numId w:val="0"/>
        </w:numPr>
        <w:ind w:left="720" w:hanging="360"/>
        <w:rPr>
          <w:rFonts w:ascii="Comic Sans MS" w:hAnsi="Comic Sans MS" w:cs="Times New Roman"/>
          <w:lang w:val="cs-CZ"/>
        </w:rPr>
      </w:pPr>
      <w:r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>Před</w:t>
      </w:r>
      <w:r w:rsidR="008373EA"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>sedkyně TJ Praděd Bruntál, z.s.</w:t>
      </w:r>
      <w:r w:rsidR="008373EA"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8373EA">
        <w:rPr>
          <w:rFonts w:ascii="Comic Sans MS" w:hAnsi="Comic Sans MS" w:cs="Times New Roman"/>
          <w:lang w:val="cs-CZ"/>
        </w:rPr>
        <w:tab/>
      </w:r>
      <w:r w:rsidR="003F37F3">
        <w:rPr>
          <w:rFonts w:ascii="Comic Sans MS" w:hAnsi="Comic Sans MS" w:cs="Times New Roman"/>
          <w:lang w:val="cs-CZ"/>
        </w:rPr>
        <w:tab/>
      </w:r>
      <w:r w:rsidR="008373EA"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>Jednatel z</w:t>
      </w:r>
      <w:r w:rsidR="003F37F3"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>á</w:t>
      </w:r>
      <w:r w:rsidR="008373EA" w:rsidRPr="003F37F3">
        <w:rPr>
          <w:rFonts w:ascii="Comic Sans MS" w:hAnsi="Comic Sans MS" w:cs="Times New Roman"/>
          <w:i/>
          <w:iCs/>
          <w:sz w:val="16"/>
          <w:szCs w:val="16"/>
          <w:lang w:val="cs-CZ"/>
        </w:rPr>
        <w:t>vodu</w:t>
      </w:r>
    </w:p>
    <w:sectPr w:rsidR="00637EC7" w:rsidRPr="00101B51" w:rsidSect="00F511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C46881B8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5B0DC6"/>
    <w:multiLevelType w:val="hybridMultilevel"/>
    <w:tmpl w:val="31247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21564"/>
    <w:multiLevelType w:val="hybridMultilevel"/>
    <w:tmpl w:val="E17AC1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B670C"/>
    <w:multiLevelType w:val="multilevel"/>
    <w:tmpl w:val="0D0E1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F268D7"/>
    <w:multiLevelType w:val="multilevel"/>
    <w:tmpl w:val="834A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F727EF"/>
    <w:multiLevelType w:val="multilevel"/>
    <w:tmpl w:val="0D0E1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5B5BF1"/>
    <w:multiLevelType w:val="multilevel"/>
    <w:tmpl w:val="F1E6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246783">
    <w:abstractNumId w:val="8"/>
  </w:num>
  <w:num w:numId="2" w16cid:durableId="146095595">
    <w:abstractNumId w:val="6"/>
  </w:num>
  <w:num w:numId="3" w16cid:durableId="867448601">
    <w:abstractNumId w:val="5"/>
  </w:num>
  <w:num w:numId="4" w16cid:durableId="1383138512">
    <w:abstractNumId w:val="4"/>
  </w:num>
  <w:num w:numId="5" w16cid:durableId="755710744">
    <w:abstractNumId w:val="7"/>
  </w:num>
  <w:num w:numId="6" w16cid:durableId="2026901506">
    <w:abstractNumId w:val="3"/>
  </w:num>
  <w:num w:numId="7" w16cid:durableId="596838151">
    <w:abstractNumId w:val="2"/>
  </w:num>
  <w:num w:numId="8" w16cid:durableId="1819103496">
    <w:abstractNumId w:val="1"/>
  </w:num>
  <w:num w:numId="9" w16cid:durableId="1096436504">
    <w:abstractNumId w:val="0"/>
  </w:num>
  <w:num w:numId="10" w16cid:durableId="785344890">
    <w:abstractNumId w:val="11"/>
  </w:num>
  <w:num w:numId="11" w16cid:durableId="1835222680">
    <w:abstractNumId w:val="12"/>
  </w:num>
  <w:num w:numId="12" w16cid:durableId="1597399384">
    <w:abstractNumId w:val="14"/>
  </w:num>
  <w:num w:numId="13" w16cid:durableId="1293511684">
    <w:abstractNumId w:val="10"/>
  </w:num>
  <w:num w:numId="14" w16cid:durableId="1157919068">
    <w:abstractNumId w:val="13"/>
  </w:num>
  <w:num w:numId="15" w16cid:durableId="16241136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04AC"/>
    <w:rsid w:val="0006063C"/>
    <w:rsid w:val="00060DE4"/>
    <w:rsid w:val="00101B51"/>
    <w:rsid w:val="0015074B"/>
    <w:rsid w:val="001618F4"/>
    <w:rsid w:val="0029639D"/>
    <w:rsid w:val="002B4EB4"/>
    <w:rsid w:val="00326F90"/>
    <w:rsid w:val="003F37F3"/>
    <w:rsid w:val="00425C52"/>
    <w:rsid w:val="00434C47"/>
    <w:rsid w:val="004B7340"/>
    <w:rsid w:val="004C0159"/>
    <w:rsid w:val="00557CCC"/>
    <w:rsid w:val="00576FFA"/>
    <w:rsid w:val="00633686"/>
    <w:rsid w:val="00637EC7"/>
    <w:rsid w:val="00745EAF"/>
    <w:rsid w:val="00764AEE"/>
    <w:rsid w:val="008373EA"/>
    <w:rsid w:val="00990119"/>
    <w:rsid w:val="00AA1D8D"/>
    <w:rsid w:val="00B256D6"/>
    <w:rsid w:val="00B47730"/>
    <w:rsid w:val="00B832C1"/>
    <w:rsid w:val="00BC0317"/>
    <w:rsid w:val="00BF5BA3"/>
    <w:rsid w:val="00CB0664"/>
    <w:rsid w:val="00CE525B"/>
    <w:rsid w:val="00D66F31"/>
    <w:rsid w:val="00DF5E30"/>
    <w:rsid w:val="00DF7F4D"/>
    <w:rsid w:val="00E82DBD"/>
    <w:rsid w:val="00EC7D91"/>
    <w:rsid w:val="00F511A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1246A2"/>
  <w14:defaultImageDpi w14:val="300"/>
  <w15:docId w15:val="{B89AEF97-1909-42CF-B00B-8DC603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454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Kateřina Čechová</cp:lastModifiedBy>
  <cp:revision>21</cp:revision>
  <dcterms:created xsi:type="dcterms:W3CDTF">2026-04-12T13:03:00Z</dcterms:created>
  <dcterms:modified xsi:type="dcterms:W3CDTF">2026-05-03T12:51:00Z</dcterms:modified>
  <cp:category/>
</cp:coreProperties>
</file>