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18" w:rsidRDefault="0043538E" w:rsidP="0043538E">
      <w:pPr>
        <w:pStyle w:val="Nzev"/>
        <w:spacing w:after="480"/>
        <w:jc w:val="center"/>
      </w:pPr>
      <w:proofErr w:type="spellStart"/>
      <w:r w:rsidRPr="0043538E">
        <w:t>Souhlas</w:t>
      </w:r>
      <w:proofErr w:type="spellEnd"/>
      <w:r w:rsidRPr="0043538E">
        <w:t xml:space="preserve"> s </w:t>
      </w:r>
      <w:proofErr w:type="spellStart"/>
      <w:r w:rsidRPr="0043538E">
        <w:t>podmínkami</w:t>
      </w:r>
      <w:proofErr w:type="spellEnd"/>
      <w:r w:rsidRPr="0043538E">
        <w:t xml:space="preserve"> </w:t>
      </w:r>
      <w:proofErr w:type="spellStart"/>
      <w:r w:rsidRPr="0043538E">
        <w:t>účasti</w:t>
      </w:r>
      <w:proofErr w:type="spellEnd"/>
      <w:r w:rsidRPr="0043538E">
        <w:t xml:space="preserve"> </w:t>
      </w:r>
      <w:proofErr w:type="spellStart"/>
      <w:proofErr w:type="gramStart"/>
      <w:r w:rsidRPr="0043538E">
        <w:t>na</w:t>
      </w:r>
      <w:proofErr w:type="spellEnd"/>
      <w:proofErr w:type="gramEnd"/>
      <w:r w:rsidRPr="0043538E">
        <w:t xml:space="preserve"> </w:t>
      </w:r>
      <w:proofErr w:type="spellStart"/>
      <w:r w:rsidRPr="0043538E">
        <w:t>parkourovém</w:t>
      </w:r>
      <w:proofErr w:type="spellEnd"/>
      <w:r w:rsidRPr="0043538E">
        <w:t xml:space="preserve"> </w:t>
      </w:r>
      <w:proofErr w:type="spellStart"/>
      <w:r w:rsidRPr="0043538E">
        <w:t>závodě</w:t>
      </w:r>
      <w:proofErr w:type="spellEnd"/>
    </w:p>
    <w:tbl>
      <w:tblPr>
        <w:tblW w:w="0" w:type="auto"/>
        <w:tblLayout w:type="fixed"/>
        <w:tblLook w:val="04A0"/>
      </w:tblPr>
      <w:tblGrid>
        <w:gridCol w:w="2098"/>
        <w:gridCol w:w="1984"/>
        <w:gridCol w:w="1701"/>
        <w:gridCol w:w="2863"/>
      </w:tblGrid>
      <w:tr w:rsidR="00C4511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Místo konání: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Datum konání: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</w:tr>
      <w:tr w:rsidR="00C45118">
        <w:tc>
          <w:tcPr>
            <w:tcW w:w="8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Informace o přihlašovaném účastníkovi (přihlašovaná osoba):</w:t>
            </w:r>
          </w:p>
        </w:tc>
      </w:tr>
      <w:tr w:rsidR="00C4511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Příjmení a jméno:</w:t>
            </w:r>
          </w:p>
        </w:tc>
        <w:tc>
          <w:tcPr>
            <w:tcW w:w="6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</w:tr>
      <w:tr w:rsidR="00C4511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Datum narození: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Rodné číslo: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</w:tr>
      <w:tr w:rsidR="00C45118">
        <w:trPr>
          <w:trHeight w:val="595"/>
        </w:trPr>
        <w:tc>
          <w:tcPr>
            <w:tcW w:w="8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Adresa trvalého bydliště:</w:t>
            </w:r>
          </w:p>
        </w:tc>
      </w:tr>
      <w:tr w:rsidR="00C4511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Telefon: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E-mail: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</w:tr>
    </w:tbl>
    <w:p w:rsidR="00C45118" w:rsidRDefault="00004A4B">
      <w:pPr>
        <w:spacing w:before="280" w:after="240"/>
        <w:jc w:val="center"/>
      </w:pPr>
      <w:r>
        <w:rPr>
          <w:b/>
        </w:rPr>
        <w:t>I.     ČESTNÉ PROHLÁŠENÍ O ZDRAVOTNÍ ZPŮSOBILOSTI K ÚČASTI V ZÁVODU</w:t>
      </w:r>
    </w:p>
    <w:p w:rsidR="00C45118" w:rsidRDefault="00004A4B">
      <w:pPr>
        <w:ind w:left="312" w:hanging="312"/>
      </w:pPr>
      <w:r>
        <w:t>1.</w:t>
      </w:r>
      <w:r>
        <w:tab/>
        <w:t>Prohlašuji, že v den závodu nemám žádné zdravotní potíže, které by mě omezovaly v účasti v závodu. Zejména</w:t>
      </w:r>
      <w:r>
        <w:t xml:space="preserve"> v den závodu nejevím známky akutního onemocnění (například horečky, průjmu), zejména příznaky virového infekčního onemocnění (například zvýšená teplota, kašel, dušnost, bolest v krku, náhlá ztráta chuti a čichu apod.)</w:t>
      </w:r>
    </w:p>
    <w:p w:rsidR="00C45118" w:rsidRDefault="00004A4B">
      <w:pPr>
        <w:ind w:left="312" w:hanging="312"/>
      </w:pPr>
      <w:r>
        <w:t>2.</w:t>
      </w:r>
      <w:r>
        <w:tab/>
        <w:t>Ve 14 dnech před závodem jsem nepř</w:t>
      </w:r>
      <w:r>
        <w:t>išel/a do styku s osobou nemocnou infekčním onemocněním nebo podezřelou z nákazy a ani mě, ani jinému příslušníku rodiny žijícímu se mnou ve společné domácnosti, není nařízeno karanténní opatření.</w:t>
      </w:r>
    </w:p>
    <w:p w:rsidR="00C45118" w:rsidRDefault="00004A4B">
      <w:pPr>
        <w:ind w:left="312" w:hanging="312"/>
      </w:pPr>
      <w:r>
        <w:t>3.</w:t>
      </w:r>
      <w:r>
        <w:tab/>
        <w:t xml:space="preserve">Jsem si vědom své odpovědnosti informovat organizátora </w:t>
      </w:r>
      <w:r>
        <w:t>závodu včas o změnách zdravotního stavu, které by mohly vést k omezení či obtížím při účasti v závodu.</w:t>
      </w:r>
    </w:p>
    <w:p w:rsidR="00C45118" w:rsidRDefault="00004A4B">
      <w:pPr>
        <w:spacing w:before="280" w:after="240"/>
        <w:jc w:val="center"/>
      </w:pPr>
      <w:r>
        <w:rPr>
          <w:b/>
        </w:rPr>
        <w:t>II.     SOUHLAS S PODMÍNKAMI ÚČASTI NA ZÁVODU</w:t>
      </w:r>
    </w:p>
    <w:p w:rsidR="00C45118" w:rsidRDefault="00004A4B">
      <w:pPr>
        <w:ind w:left="312" w:hanging="312"/>
      </w:pPr>
      <w:r>
        <w:t>1.</w:t>
      </w:r>
      <w:r>
        <w:tab/>
        <w:t>Při závodě jsem povinen/na řídit se pokyny pořadatele závodu nebo osob k tomu určených pořadatelem závod</w:t>
      </w:r>
      <w:r>
        <w:t>u, a to jak pokyny sdělenými ústně, tak i pokyny písemnými vyvěšenými v místě konání závodu. Zejména pak jsem povinen/na dodržovat pokyny týkající se řádného užívání vybavení/zařízení tak, abych předcházel/a možnému vzniku škod na zdraví a na majetku. Takt</w:t>
      </w:r>
      <w:r>
        <w:t>éž jsem povinen/na řídit se zejména soutěžním řádem a pravidly závodu.</w:t>
      </w:r>
    </w:p>
    <w:p w:rsidR="00C45118" w:rsidRDefault="00004A4B">
      <w:pPr>
        <w:ind w:left="312" w:hanging="312"/>
      </w:pPr>
      <w:r>
        <w:t>2.</w:t>
      </w:r>
      <w:r>
        <w:tab/>
        <w:t>Závodu se zúčastňuji na vlastní odpovědnost s ohledem na svůj zdravotní stav a své schopnosti a dovednosti a výhradně na své vlastní nebezpečí.</w:t>
      </w:r>
    </w:p>
    <w:p w:rsidR="00C45118" w:rsidRDefault="00004A4B">
      <w:pPr>
        <w:ind w:left="312" w:hanging="312"/>
      </w:pPr>
      <w:r>
        <w:t>3.</w:t>
      </w:r>
      <w:r>
        <w:tab/>
        <w:t>Beru na vědomí, že změny v harmonog</w:t>
      </w:r>
      <w:r>
        <w:t>ramu závodu jsou vyhrazeny.</w:t>
      </w:r>
    </w:p>
    <w:p w:rsidR="00C45118" w:rsidRDefault="00004A4B">
      <w:pPr>
        <w:ind w:left="312" w:hanging="312"/>
      </w:pPr>
      <w:r>
        <w:t>4.</w:t>
      </w:r>
      <w:r>
        <w:tab/>
        <w:t>Souhlasím se zpracováním a uchováváním osobních údajů pro potřeby pořadatele závodu.</w:t>
      </w:r>
    </w:p>
    <w:p w:rsidR="00C45118" w:rsidRDefault="00004A4B">
      <w:pPr>
        <w:ind w:left="312" w:hanging="312"/>
      </w:pPr>
      <w:r>
        <w:t>5.</w:t>
      </w:r>
      <w:r>
        <w:tab/>
        <w:t>V souladu s občanským zákoníkem č. 89/2012 Sb., souhlasím s pořizováním jakéhokoliv obrazového či zvukového materiálu během závodu a jeho</w:t>
      </w:r>
      <w:r>
        <w:t xml:space="preserve"> dalším použitím pro propagační účely pořadatele. Souhlasím, aby pořízené materiály pořadatel uchovával jak v papírové, tak i v elektronické podobě a používal je pro své propagační účely bez jakéhokoli časového omezení. Svůj souhlas jsem oprávněn vzít píse</w:t>
      </w:r>
      <w:r>
        <w:t>mně kdykoliv zpět.</w:t>
      </w:r>
    </w:p>
    <w:p w:rsidR="00C45118" w:rsidRDefault="00004A4B">
      <w:pPr>
        <w:ind w:left="312" w:hanging="312"/>
      </w:pPr>
      <w:r>
        <w:t>6.</w:t>
      </w:r>
      <w:r>
        <w:tab/>
        <w:t>Svým podpisem stvrzuji, že jsem se seznámil/a s těmito podmínkami. Při opakovaném a hrubém porušení těchto podmínek můžu být bez finanční náhrady pořadatelem vyloučen/a ze závodu.</w:t>
      </w:r>
    </w:p>
    <w:p w:rsidR="00C45118" w:rsidRDefault="00C45118">
      <w:pPr>
        <w:spacing w:after="180"/>
      </w:pPr>
    </w:p>
    <w:tbl>
      <w:tblPr>
        <w:tblW w:w="0" w:type="auto"/>
        <w:tblLayout w:type="fixed"/>
        <w:tblLook w:val="04A0"/>
      </w:tblPr>
      <w:tblGrid>
        <w:gridCol w:w="567"/>
        <w:gridCol w:w="3515"/>
        <w:gridCol w:w="737"/>
        <w:gridCol w:w="4961"/>
      </w:tblGrid>
      <w:tr w:rsidR="00C451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V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>Dne: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45118" w:rsidRDefault="00C45118">
            <w:pPr>
              <w:spacing w:before="60" w:after="80"/>
            </w:pPr>
          </w:p>
        </w:tc>
      </w:tr>
      <w:tr w:rsidR="00C45118">
        <w:trPr>
          <w:trHeight w:val="1020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18" w:rsidRDefault="00004A4B">
            <w:pPr>
              <w:spacing w:before="60" w:after="80"/>
            </w:pPr>
            <w:r>
              <w:rPr>
                <w:b/>
              </w:rPr>
              <w:t xml:space="preserve">Podpis účastníka (u účastníků mladších 18 </w:t>
            </w:r>
            <w:r>
              <w:rPr>
                <w:b/>
              </w:rPr>
              <w:t>let nutný podpis alespoň jednoho zákonného zástupce):</w:t>
            </w:r>
          </w:p>
        </w:tc>
      </w:tr>
    </w:tbl>
    <w:p w:rsidR="00004A4B" w:rsidRDefault="00004A4B"/>
    <w:sectPr w:rsidR="00004A4B" w:rsidSect="00034616">
      <w:pgSz w:w="11906" w:h="16838"/>
      <w:pgMar w:top="1332" w:right="1020" w:bottom="850" w:left="110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A4B" w:rsidRDefault="00004A4B" w:rsidP="0043538E">
      <w:pPr>
        <w:spacing w:after="0"/>
      </w:pPr>
      <w:r>
        <w:separator/>
      </w:r>
    </w:p>
  </w:endnote>
  <w:endnote w:type="continuationSeparator" w:id="0">
    <w:p w:rsidR="00004A4B" w:rsidRDefault="00004A4B" w:rsidP="004353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A4B" w:rsidRDefault="00004A4B" w:rsidP="0043538E">
      <w:pPr>
        <w:spacing w:after="0"/>
      </w:pPr>
      <w:r>
        <w:separator/>
      </w:r>
    </w:p>
  </w:footnote>
  <w:footnote w:type="continuationSeparator" w:id="0">
    <w:p w:rsidR="00004A4B" w:rsidRDefault="00004A4B" w:rsidP="0043538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4A4B"/>
    <w:rsid w:val="00034616"/>
    <w:rsid w:val="0006063C"/>
    <w:rsid w:val="0015074B"/>
    <w:rsid w:val="0029639D"/>
    <w:rsid w:val="00326F90"/>
    <w:rsid w:val="0043538E"/>
    <w:rsid w:val="00AA1D8D"/>
    <w:rsid w:val="00B47730"/>
    <w:rsid w:val="00C45118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Calibri" w:hAnsi="Calibri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526AE4-C13F-4C27-9836-E059F00D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Lucie Vondřáčková</cp:lastModifiedBy>
  <cp:revision>2</cp:revision>
  <dcterms:created xsi:type="dcterms:W3CDTF">2026-10-13T13:48:00Z</dcterms:created>
  <dcterms:modified xsi:type="dcterms:W3CDTF">2026-10-13T13:48:00Z</dcterms:modified>
</cp:coreProperties>
</file>